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בעברית קלה על ניסוי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אוצר מילים חדש בנושא מדע וטבע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בדרך לאוכל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שהדבורים גלגלו את הכדורים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בכתבה כתוב שהן לא קיבלו פרס, הן רק שיחקו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גלגלו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(חיה קטנה שעושה 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(צורה עגולה)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(בדיקה מדעית)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(להזיז עגול שוב ושוב)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הניסוי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עשו ניסוי עם דבורים.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שמו כדורים קטנים בדרך לאוכל.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עצרו ליד הכדורים.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הן גלגלו את הכדורים שוב ושוב.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מספרת על דבורים ששיחקו בכדורים קטנים בניסוי מדעי, בלי לקבל פרס.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כוללת מילה רלוונטית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גלגלו כדורים שוב ושוב בלי פרס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הכתבה פעמיים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המילים החדשות בחלק ב׳ לפני פתרון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שאלת דיון: אילו חיות נוספות אולי משחקות?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הכתבה מספרת על ניסוי מדעי מעניין: חוקרים גילו שדְּבוֹרִים משחקות בכדורים קטנים, בלי לקבל פרס, רק כי זה כיף להן.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ניסוי  ·  גלגלו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שיחק בכדורים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שמו החוקרים את הכדורים הקטנים?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בדרך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שיחקו בכדורים קטנים.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קיבלו פרס גדול על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חוקרים עשו __________ עם דבורים.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הדבורים __________ את הכדורים שוב ושוב.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להזיז עגול שוב ושוב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בדיקה מדעית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צורה עגולה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חיה קטנה שעושה דבש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הניסוי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הן גלגלו את הכדורים שוב ושוב.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חוקרים עשו ניסוי עם דבורים.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שמו כדורים קטנים בדרך לאוכל.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עצרו ליד הכדורים.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2 משפטים: על מה מספרת הכתבה?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המילה החדשה שלמדתם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הדבורים עשו בניסוי?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דבורים 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