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בעברית קלה על ניסוי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אוצר מילים חדש בנושא מדע וטבע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שלדבורים יש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שהדבורים גלגלו את הכדורים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בכתבה כתוב שהן לא קיבלו פרס, הן רק שיחקו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בכתבה כתוב שדבורים צעירות שיחקו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המסקנה בסוף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(חיה קטנה שעושה 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(צורה עגולה)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(בדיקה מדעית)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(להזיז עגול 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(משהו טוב שמקבלים על הצלחה)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(הרגשה טובה, כיף)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הניסוי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עשו ניסוי עם דבורים.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שמו כדורים קטנים בדרך לאוכל.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עצרו ליד הכדורים.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הן גלגלו את הכדורים שוב ושוב.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החוקרים חשבו שאולי לדבורים יש הנאה.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מספרת על דבורים ששיחקו בכדורים קטנים בניסוי מדעי, בלי לקבל פרס.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כוללת מילה רלוונטית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גלגלו כדורים שוב ושוב בלי פרס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הכתבה פעמיים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המילים החדשות בחלק ב׳ לפני פתרון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שאלת דיון: אילו חיות נוספות אולי משחקות?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בכתבה כותבים על דבורים. דבורים הן חיות קטנות. החוקרים ראו שהדבורים משחקות בכדור, בלי לקבל שום 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דְּבוֹרָה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קטנה שעפה ועושה דבש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עגולה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נִסּוּי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מדעית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לְגַלְגֵּל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להזיז עגול שוב ושוב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חוֹקְרִים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שבודקים דברים במדע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פְּרָס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טוב שמקבלים על הצלחה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הֲנָאָה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טובה, כיף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צְעִירוֹת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מבוגרות, קטנות בגיל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שיחק בכדור?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היו הכדורים?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בדרך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הדבורים לא קיבלו?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שיחק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זקנות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החוקרים חושבים?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שלדבורים יש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שדבורים עייפות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שדבורים לא חכמות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שדבורים לא אוהבות כדורים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שיחקו בכדורים קטנים.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גדול על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שיחקו פחות מדבורים מבוגרות.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חושבים שאולי לדבורים יש הנאה מהמשחק.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חוקרים עשו __________ עם דבורים.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הדבורים __________ את הכדורים שוב ושוב.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הדבורים לא קיבלו __________, הן רק שיחקו.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דבורים __________ שיחקו יותר מדבורים אחרות.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החוקרים שמו כדורים קטנים בדרך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צורה עגולה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בדיקה מדעית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חיה קטנה שעושה 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משהו טוב שמקבלים על הצלחה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הרגשה טובה, 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להזיז עגול שוב ושוב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הניסוי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חשבו שאולי לדבורים יש הנאה.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הן גלגלו את הכדורים שוב ושוב.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 עשו ניסוי עם דבורים.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שמו כדורים קטנים בדרך לאוכל.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עצרו ליד הכדורים.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2 משפטים: על מה מספרת הכתבה?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החדשה שלמדתם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הדבורים עשו בניסוי?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לדעתכם לדבורים יש הנאה?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דבורים 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