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כתבה בשבוע – חדשות בעברית קלה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כתבה בשבוע – דבורים משחקות בכדור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 קצר בעברית קלה על ניסוי מדעי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אוצר מילים חדש בנושא מדע וטבע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משפטים פשוטים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דבורים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בדרך לאוכל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פרס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דבורים צעירות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שלדבורים יש הנאה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בכתבה שהדבורים גלגלו את הכדורים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בכתבה כתוב שהן לא קיבלו פרס, הן רק שיחקו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בכתבה כתוב שדבורים צעירות שיחקו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המסקנה בסוף הכתבה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ניסוי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גלגלו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פרס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צעירות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אוכל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(חיה קטנה שעושה דבש)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(צורה עגולה)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(בדיקה מדעית)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(להזיז עגול שוב ושוב)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(משהו טוב שמקבלים על הצלחה)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(הרגשה טובה, כיף)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הניסוי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חוקרים עשו ניסוי עם דבורים.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הם שמו כדורים קטנים בדרך לאוכל.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הדבורים עצרו ליד הכדורים.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הן גלגלו את הכדורים שוב ושוב.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החוקרים חשבו שאולי לדבורים יש הנאה.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הכתבה מספרת על דבורים ששיחקו בכדורים קטנים בניסוי מדעי, בלי לקבל פרס.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כוללת מילה רלוונטית מהכתבה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תשובה: גלגלו כדורים שוב ושוב בלי פרס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עם הסבר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הקראת הכתבה פעמיים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לעבור על המילים החדשות בחלק ב׳ לפני פתרון המשימות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שאלת דיון: אילו חיות נוספות אולי משחקות?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כתבה בשבוע – חדשות בעברית קלה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כתבה בשבוע – דבורים משחקות בכדור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הכתבה מספרת על ניסוי מדעי מעניין: חוקרים גילו שדְּבוֹרִים משחקות בכדורים קטנים, בלי לקבל פרס, רק כי זה כיף להן.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שיחק בכדורים בניסוי?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חתולים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שמו החוקרים את הכדורים הקטנים?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בדרך לאוכל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בגינה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הדבורים לא קיבלו אחרי שגלגלו את הכדורים?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אילו דבורים שיחקו יותר, לפי הכתבה?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דבורים צעירות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דבורים זקנות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דבורים גדולות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דבורים עייפות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חושבים החוקרים בסוף הכתבה?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שלדבורים יש הנאה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שדבורים עייפות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שדבורים לא חכמות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שדבורים לא אוהבות כדורים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הדבורים שיחקו בכדורים קטנים.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הדבורים קיבלו פרס גדול על המשחק.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דבורים צעירות שיחקו פחות מדבורים מבוגרות.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החוקרים חושבים שאולי לדבורים יש הנאה מהמשחק.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חוקרים עשו __________ עם דבורים.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הדבורים __________ את הכדורים שוב ושוב.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הדבורים לא קיבלו __________, הן רק שיחקו.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דבורים __________ שיחקו יותר מדבורים אחרות.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החוקרים שמו כדורים קטנים בדרך ל__________.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דבורה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משהו טוב שמקבלים על הצלחה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כדור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הרגשה טובה, כיף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ניסוי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להזיז עגול שוב ושוב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לגלגל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צורה עגולה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פרס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חיה קטנה שעושה דבש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הנאה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בדיקה מדעית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הניסוי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הם שמו כדורים קטנים בדרך לאוכל.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החוקרים חשבו שאולי לדבורים יש הנאה.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הן גלגלו את הכדורים שוב ושוב.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הדבורים עצרו ליד הכדורים.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חוקרים עשו ניסוי עם דבורים.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2 משפטים: על מה מספרת הכתבה?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המילה החדשה שלמדתם היום?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הדבורים עשו בניסוי?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לדעתכם לדבורים יש הנאה? 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כתבה בשבוע – דבורים משחקות בכדור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